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Times New Roman" w:hAnsi="Times New Roman"/>
          <w:b w:val="0"/>
          <w:sz w:val="28"/>
        </w:rPr>
        <w:t>МИНИСТЕРСТВО НАУКИ И ВЫСШЕГО ОБРАЗОВАНИЯ РОССИЙСКОЙ ФЕДЕРАЦИИ</w:t>
      </w:r>
    </w:p>
    <w:p>
      <w:pPr>
        <w:spacing w:after="0"/>
        <w:jc w:val="center"/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center"/>
      </w:pPr>
      <w:r>
        <w:rPr>
          <w:rFonts w:ascii="Times New Roman" w:hAnsi="Times New Roman"/>
          <w:b w:val="0"/>
          <w:sz w:val="28"/>
        </w:rPr>
        <w:t>Кафедра ________________________________________</w:t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center"/>
      </w:pPr>
      <w:r>
        <w:rPr>
          <w:rFonts w:ascii="Times New Roman" w:hAnsi="Times New Roman"/>
          <w:b/>
          <w:caps/>
          <w:sz w:val="28"/>
        </w:rPr>
        <w:t>КУРСОВАЯ РАБОТА</w:t>
      </w:r>
    </w:p>
    <w:p>
      <w:pPr>
        <w:spacing w:after="0"/>
        <w:jc w:val="center"/>
      </w:pPr>
      <w:r>
        <w:rPr>
          <w:rFonts w:ascii="Times New Roman" w:hAnsi="Times New Roman"/>
          <w:b w:val="0"/>
          <w:sz w:val="28"/>
        </w:rPr>
        <w:t>по дисциплине: _____________________________________________</w:t>
      </w:r>
    </w:p>
    <w:p>
      <w:pPr>
        <w:spacing w:after="0"/>
        <w:jc w:val="center"/>
      </w:pPr>
      <w:r>
        <w:rPr>
          <w:rFonts w:ascii="Times New Roman" w:hAnsi="Times New Roman"/>
          <w:b w:val="0"/>
          <w:sz w:val="28"/>
        </w:rPr>
        <w:t>на тему: __________________________________________________</w:t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right"/>
      </w:pPr>
      <w:r>
        <w:rPr>
          <w:rFonts w:ascii="Times New Roman" w:hAnsi="Times New Roman"/>
          <w:b w:val="0"/>
          <w:sz w:val="28"/>
        </w:rPr>
        <w:t>Выполнил(а): студент(ка) группы ______________________________</w:t>
      </w:r>
    </w:p>
    <w:p>
      <w:pPr>
        <w:spacing w:after="0"/>
        <w:jc w:val="right"/>
      </w:pPr>
      <w:r>
        <w:rPr>
          <w:rFonts w:ascii="Times New Roman" w:hAnsi="Times New Roman"/>
          <w:b w:val="0"/>
          <w:sz w:val="28"/>
        </w:rPr>
        <w:t>Направление подготовки ______________________________</w:t>
      </w:r>
    </w:p>
    <w:p>
      <w:pPr>
        <w:spacing w:after="0"/>
        <w:jc w:val="right"/>
      </w:pPr>
      <w:r>
        <w:rPr>
          <w:rFonts w:ascii="Times New Roman" w:hAnsi="Times New Roman"/>
          <w:b w:val="0"/>
          <w:sz w:val="28"/>
        </w:rPr>
        <w:t>Форма обучения ______________________________</w:t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right"/>
      </w:pPr>
      <w:r>
        <w:rPr>
          <w:rFonts w:ascii="Times New Roman" w:hAnsi="Times New Roman"/>
          <w:b w:val="0"/>
          <w:sz w:val="28"/>
        </w:rPr>
        <w:t>Руководитель: ______________________________</w:t>
      </w:r>
    </w:p>
    <w:p>
      <w:pPr>
        <w:spacing w:after="0"/>
        <w:jc w:val="right"/>
      </w:pPr>
      <w:r>
        <w:rPr>
          <w:rFonts w:ascii="Times New Roman" w:hAnsi="Times New Roman"/>
          <w:b w:val="0"/>
          <w:sz w:val="28"/>
        </w:rPr>
        <w:t>Оценка: ____________________</w:t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both"/>
      </w:pPr>
      <w:r>
        <w:rPr>
          <w:rFonts w:ascii="Times New Roman" w:hAnsi="Times New Roman"/>
          <w:b w:val="0"/>
          <w:sz w:val="28"/>
        </w:rPr>
      </w:r>
    </w:p>
    <w:p>
      <w:pPr>
        <w:spacing w:after="0"/>
        <w:jc w:val="center"/>
      </w:pPr>
      <w:r>
        <w:rPr>
          <w:rFonts w:ascii="Times New Roman" w:hAnsi="Times New Roman"/>
          <w:b w:val="0"/>
          <w:sz w:val="28"/>
        </w:rPr>
        <w:t>____________________, 2026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</w:pPr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