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МИНИСТЕРСТВО НАУКИ И ВЫСШЕГО ОБРАЗОВАНИЯ РОССИЙСКОЙ ФЕДЕРАЦИИ</w:t>
      </w:r>
    </w:p>
    <w:p>
      <w:pPr>
        <w:spacing w:after="0"/>
        <w:jc w:val="center"/>
      </w:pPr>
      <w:r>
        <w:rPr>
          <w:rFonts w:ascii="Times New Roman" w:hAnsi="Times New Roman"/>
          <w:b/>
          <w:sz w:val="28"/>
        </w:rPr>
        <w:t>____________________________________________________________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Кафедра ________________________________________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center"/>
      </w:pPr>
      <w:r>
        <w:rPr>
          <w:rFonts w:ascii="Times New Roman" w:hAnsi="Times New Roman"/>
          <w:b/>
          <w:caps/>
          <w:sz w:val="28"/>
        </w:rPr>
        <w:t>КУРСОВАЯ РАБОТА</w:t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по дисциплине: _____________________________________________</w:t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на тему: __________________________________________________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right"/>
      </w:pPr>
      <w:r>
        <w:rPr>
          <w:rFonts w:ascii="Times New Roman" w:hAnsi="Times New Roman"/>
          <w:b w:val="0"/>
          <w:sz w:val="28"/>
        </w:rPr>
        <w:t>Выполнил(а): студент(ка) группы ______________________________</w:t>
      </w:r>
    </w:p>
    <w:p>
      <w:pPr>
        <w:spacing w:after="0"/>
        <w:jc w:val="right"/>
      </w:pPr>
      <w:r>
        <w:rPr>
          <w:rFonts w:ascii="Times New Roman" w:hAnsi="Times New Roman"/>
          <w:b w:val="0"/>
          <w:sz w:val="28"/>
        </w:rPr>
        <w:t>Направление подготовки ______________________________</w:t>
      </w:r>
    </w:p>
    <w:p>
      <w:pPr>
        <w:spacing w:after="0"/>
        <w:jc w:val="right"/>
      </w:pPr>
      <w:r>
        <w:rPr>
          <w:rFonts w:ascii="Times New Roman" w:hAnsi="Times New Roman"/>
          <w:b w:val="0"/>
          <w:sz w:val="28"/>
        </w:rPr>
        <w:t>Форма обучения ______________________________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right"/>
      </w:pPr>
      <w:r>
        <w:rPr>
          <w:rFonts w:ascii="Times New Roman" w:hAnsi="Times New Roman"/>
          <w:b w:val="0"/>
          <w:sz w:val="28"/>
        </w:rPr>
        <w:t>Руководитель: ______________________________</w:t>
      </w:r>
    </w:p>
    <w:p>
      <w:pPr>
        <w:spacing w:after="0"/>
        <w:jc w:val="right"/>
      </w:pPr>
      <w:r>
        <w:rPr>
          <w:rFonts w:ascii="Times New Roman" w:hAnsi="Times New Roman"/>
          <w:b w:val="0"/>
          <w:sz w:val="28"/>
        </w:rPr>
        <w:t>Оценка: ____________________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____________________, 2026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aps/>
          <w:sz w:val="28"/>
        </w:rPr>
        <w:t>СОДЕРЖАНИЕ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Введение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1 [Название теоретической главы]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1.1 [Название параграфа]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1.2 [Название параграфа]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2 [Название практической главы]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2.1 [Название параграфа]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2.2 [Название параграфа]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Заключение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Список использованных источников ........................ [стр.]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Приложение А [Название приложения] ........................ [стр.]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[Содержание удобнее собрать автоматически: Ссылки → Оглавление. Тогда номера страниц обновятся сами.]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aps/>
          <w:sz w:val="28"/>
        </w:rPr>
        <w:t>ВВЕДЕНИЕ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[Актуальность: 1–2 абзаца. Почему тема важна сейчас — через факт, цифру или противоречие, а не через слова «актуально» и «значимо».]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[Объект исследования: что изучается в целом. Предмет исследования: какая сторона объекта разбирается в работе.]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[Цель работы: одно предложение, начинается с глагола — «оценить», «разработать», «выявить».]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[Задачи: 3–5 пунктов. Каждая задача — один параграф основной части.]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[Методы исследования: какими способами получены результаты.]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[Информационная база: какие источники и данные использованы.]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[Структура работы: одно предложение — сколько глав, параграфов, источников, таблиц и рисунков.]</w:t>
      </w:r>
    </w:p>
    <w:p>
      <w:r>
        <w:br w:type="page"/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1 [Название теоретической главы]</w:t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1.1 [Название параграфа]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[Текст параграфа. Ссылка на источник ставится в квадратных скобках с номером из списка: [3]. Цитата — с номером страницы: [3, с. 45].]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[Перед таблицей в тексте обязательна ссылка на неё: «…приведены в таблице 1».]</w:t>
      </w:r>
    </w:p>
    <w:p>
      <w:pPr>
        <w:spacing w:after="0"/>
        <w:jc w:val="left"/>
      </w:pPr>
      <w:r>
        <w:rPr>
          <w:rFonts w:ascii="Times New Roman" w:hAnsi="Times New Roman"/>
          <w:b w:val="0"/>
          <w:sz w:val="28"/>
        </w:rPr>
        <w:t>Таблица 1 – [Название таблицы без точки в конце]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Показатель</w:t>
            </w:r>
          </w:p>
        </w:tc>
        <w:tc>
          <w:tcPr>
            <w:tcW w:type="dxa" w:w="3230"/>
          </w:tcPr>
          <w:p>
            <w:r>
              <w:t>20__ г.</w:t>
            </w:r>
          </w:p>
        </w:tc>
        <w:tc>
          <w:tcPr>
            <w:tcW w:type="dxa" w:w="3230"/>
          </w:tcPr>
          <w:p>
            <w:r>
              <w:t>20__ г.</w:t>
            </w:r>
          </w:p>
        </w:tc>
      </w:tr>
      <w:tr>
        <w:tc>
          <w:tcPr>
            <w:tcW w:type="dxa" w:w="3230"/>
          </w:tcPr>
          <w:p>
            <w:r>
              <w:t>[Показатель 1]</w:t>
            </w:r>
          </w:p>
        </w:tc>
        <w:tc>
          <w:tcPr>
            <w:tcW w:type="dxa" w:w="3230"/>
          </w:tcPr>
          <w:p>
            <w:r/>
          </w:p>
        </w:tc>
        <w:tc>
          <w:tcPr>
            <w:tcW w:type="dxa" w:w="3230"/>
          </w:tcPr>
          <w:p>
            <w:r/>
          </w:p>
        </w:tc>
      </w:tr>
      <w:tr>
        <w:tc>
          <w:tcPr>
            <w:tcW w:type="dxa" w:w="3230"/>
          </w:tcPr>
          <w:p>
            <w:r>
              <w:t>[Показатель 2]</w:t>
            </w:r>
          </w:p>
        </w:tc>
        <w:tc>
          <w:tcPr>
            <w:tcW w:type="dxa" w:w="3230"/>
          </w:tcPr>
          <w:p>
            <w:r/>
          </w:p>
        </w:tc>
        <w:tc>
          <w:tcPr>
            <w:tcW w:type="dxa" w:w="3230"/>
          </w:tcPr>
          <w:p>
            <w:r/>
          </w:p>
        </w:tc>
      </w:tr>
    </w:tbl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[Рисунок вставляется после первого упоминания в тексте. Подпись — под рисунком, по центру.]</w:t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Рисунок 1 – [Название рисунка без точки в конце]</w:t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1.2 [Название параграфа]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[Текст параграфа. В конце главы — выводы по главе: 2–3 абзаца.]</w:t>
      </w:r>
    </w:p>
    <w:p>
      <w:r>
        <w:br w:type="page"/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2 [Название практической главы]</w:t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2.1 [Название параграфа]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[Характеристика объекта, расчёты, анализ. Формула пишется отдельной строкой по центру, номер — в круглых скобках у правого края.]</w:t>
      </w:r>
    </w:p>
    <w:p>
      <w:pPr>
        <w:spacing w:after="240"/>
        <w:ind w:firstLine="709"/>
        <w:jc w:val="left"/>
      </w:pPr>
      <w:r>
        <w:rPr>
          <w:rFonts w:ascii="Times New Roman" w:hAnsi="Times New Roman"/>
          <w:b/>
          <w:sz w:val="28"/>
        </w:rPr>
        <w:t>2.2 [Название параграфа]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[Предложения и их обоснование. Выводы по главе.]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aps/>
          <w:sz w:val="28"/>
        </w:rPr>
        <w:t>ЗАКЛЮЧЕНИЕ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[По одному абзацу на каждую задачу из введения — в том же порядке: что сделано и какой получен результат. Последний абзац — достигнута ли цель. Новых фактов и цитат здесь нет.]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aps/>
          <w:sz w:val="28"/>
        </w:rPr>
        <w:t>СПИСОК ИСПОЛЬЗОВАННЫХ ИСТОЧНИКОВ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[Нормативные акты, затем книги и статьи — в порядке, который требует методичка. Запись составляется по ГОСТ Р 7.0.100-2018. Пример записи стандарта:]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 ГОСТ 7.32-2017. Отчет о научно-исследовательской работе. Структура и правила оформления : межгосударственный стандарт : дата введения 2018-07-01. – Москва : Стандартинформ, 2017. – Текст : непосредственный.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2. [Фамилия, И. О. Название книги : учебник / И. О. Фамилия. – Город : Издательство, год. – Количество страниц. – ISBN. – Текст : непосредственный.]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aps/>
          <w:sz w:val="28"/>
        </w:rPr>
        <w:t>ПРИЛОЖЕНИЕ А</w:t>
      </w:r>
    </w:p>
    <w:p>
      <w:pPr>
        <w:spacing w:after="0"/>
        <w:jc w:val="center"/>
      </w:pPr>
      <w:r>
        <w:rPr>
          <w:rFonts w:ascii="Times New Roman" w:hAnsi="Times New Roman"/>
          <w:b/>
          <w:sz w:val="28"/>
        </w:rPr>
        <w:t>[Название приложения]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[Объёмные таблицы, анкеты, формы документов. В тексте работы на каждое приложение должна быть ссылка.]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